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7B693C"/>
          <w:sz w:val="17"/>
        </w:rPr>
        <w:t>EVEREST MARKETING · FREE TEMPLATE</w:t>
      </w:r>
    </w:p>
    <w:p>
      <w:pPr>
        <w:pStyle w:val="Heading1"/>
      </w:pPr>
      <w:r>
        <w:t>Case study template for service businesses</w:t>
      </w:r>
    </w:p>
    <w:p>
      <w:r>
        <w:t>Use this to write up one finished job or client project. Write it in plain language, as if you were explaining the job to a new customer. Never invent figures or quotes. If you cannot show a result yet, say what you can and cannot show.</w:t>
      </w:r>
    </w:p>
    <w:p>
      <w:pPr>
        <w:pStyle w:val="Heading2"/>
      </w:pPr>
      <w:r>
        <w:t>Before you start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685"/>
        <w:gridCol w:w="5953"/>
      </w:tblGrid>
      <w:tr>
        <w:trPr>
          <w:trHeight w:val="794"/>
        </w:trPr>
        <w:tc>
          <w:tcPr>
            <w:tcW w:type="dxa" w:w="3685"/>
          </w:tcPr>
          <w:p>
            <w:r>
              <w:rPr>
                <w:b/>
              </w:rPr>
              <w:t>Permission from the client</w:t>
            </w:r>
          </w:p>
          <w:p>
            <w:r>
              <w:rPr>
                <w:color w:val="575A52"/>
                <w:sz w:val="17"/>
              </w:rPr>
              <w:t>Who agreed, in writing, to which details, photos and their name being used?</w:t>
            </w:r>
          </w:p>
        </w:tc>
        <w:tc>
          <w:tcPr>
            <w:tcW w:type="dxa" w:w="5953"/>
          </w:tcPr>
          <w:p>
            <w:r/>
          </w:p>
        </w:tc>
      </w:tr>
      <w:tr>
        <w:trPr>
          <w:trHeight w:val="794"/>
        </w:trPr>
        <w:tc>
          <w:tcPr>
            <w:tcW w:type="dxa" w:w="3685"/>
          </w:tcPr>
          <w:p>
            <w:r>
              <w:rPr>
                <w:b/>
              </w:rPr>
              <w:t>What you are allowed to name</w:t>
            </w:r>
          </w:p>
          <w:p>
            <w:r>
              <w:rPr>
                <w:color w:val="575A52"/>
                <w:sz w:val="17"/>
              </w:rPr>
              <w:t>Client name, suburb, people, figures</w:t>
            </w:r>
          </w:p>
        </w:tc>
        <w:tc>
          <w:tcPr>
            <w:tcW w:type="dxa" w:w="5953"/>
          </w:tcPr>
          <w:p>
            <w:r/>
          </w:p>
        </w:tc>
      </w:tr>
    </w:tbl>
    <w:p>
      <w:pPr>
        <w:pStyle w:val="Heading2"/>
      </w:pPr>
      <w:r>
        <w:t>1. The client and the job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685"/>
        <w:gridCol w:w="5953"/>
      </w:tblGrid>
      <w:tr>
        <w:trPr>
          <w:trHeight w:val="794"/>
        </w:trPr>
        <w:tc>
          <w:tcPr>
            <w:tcW w:type="dxa" w:w="3685"/>
          </w:tcPr>
          <w:p>
            <w:r>
              <w:rPr>
                <w:b/>
              </w:rPr>
              <w:t>Who the client is</w:t>
            </w:r>
          </w:p>
          <w:p>
            <w:r>
              <w:rPr>
                <w:color w:val="575A52"/>
                <w:sz w:val="17"/>
              </w:rPr>
              <w:t>Type of business or household, area</w:t>
            </w:r>
          </w:p>
        </w:tc>
        <w:tc>
          <w:tcPr>
            <w:tcW w:type="dxa" w:w="5953"/>
          </w:tcPr>
          <w:p>
            <w:r/>
          </w:p>
        </w:tc>
      </w:tr>
      <w:tr>
        <w:trPr>
          <w:trHeight w:val="794"/>
        </w:trPr>
        <w:tc>
          <w:tcPr>
            <w:tcW w:type="dxa" w:w="3685"/>
          </w:tcPr>
          <w:p>
            <w:r>
              <w:rPr>
                <w:b/>
              </w:rPr>
              <w:t>What they asked for</w:t>
            </w:r>
          </w:p>
          <w:p>
            <w:r>
              <w:rPr>
                <w:color w:val="575A52"/>
                <w:sz w:val="17"/>
              </w:rPr>
              <w:t>In their words if you have them</w:t>
            </w:r>
          </w:p>
        </w:tc>
        <w:tc>
          <w:tcPr>
            <w:tcW w:type="dxa" w:w="5953"/>
          </w:tcPr>
          <w:p>
            <w:r/>
          </w:p>
        </w:tc>
      </w:tr>
    </w:tbl>
    <w:p>
      <w:pPr>
        <w:pStyle w:val="Heading2"/>
      </w:pPr>
      <w:r>
        <w:t>2. The problem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685"/>
        <w:gridCol w:w="5953"/>
      </w:tblGrid>
      <w:tr>
        <w:trPr>
          <w:trHeight w:val="794"/>
        </w:trPr>
        <w:tc>
          <w:tcPr>
            <w:tcW w:type="dxa" w:w="3685"/>
          </w:tcPr>
          <w:p>
            <w:r>
              <w:rPr>
                <w:b/>
              </w:rPr>
              <w:t>What was not working, or what they needed</w:t>
            </w:r>
          </w:p>
        </w:tc>
        <w:tc>
          <w:tcPr>
            <w:tcW w:type="dxa" w:w="5953"/>
          </w:tcPr>
          <w:p>
            <w:r/>
          </w:p>
        </w:tc>
      </w:tr>
      <w:tr>
        <w:trPr>
          <w:trHeight w:val="794"/>
        </w:trPr>
        <w:tc>
          <w:tcPr>
            <w:tcW w:type="dxa" w:w="3685"/>
          </w:tcPr>
          <w:p>
            <w:r>
              <w:rPr>
                <w:b/>
              </w:rPr>
              <w:t>Why it mattered to them</w:t>
            </w:r>
          </w:p>
        </w:tc>
        <w:tc>
          <w:tcPr>
            <w:tcW w:type="dxa" w:w="5953"/>
          </w:tcPr>
          <w:p>
            <w:r/>
          </w:p>
        </w:tc>
      </w:tr>
    </w:tbl>
    <w:p>
      <w:pPr>
        <w:pStyle w:val="Heading2"/>
      </w:pPr>
      <w:r>
        <w:t>3. What you did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685"/>
        <w:gridCol w:w="5953"/>
      </w:tblGrid>
      <w:tr>
        <w:trPr>
          <w:trHeight w:val="794"/>
        </w:trPr>
        <w:tc>
          <w:tcPr>
            <w:tcW w:type="dxa" w:w="3685"/>
          </w:tcPr>
          <w:p>
            <w:r>
              <w:rPr>
                <w:b/>
              </w:rPr>
              <w:t>The approach, step by step</w:t>
            </w:r>
          </w:p>
        </w:tc>
        <w:tc>
          <w:tcPr>
            <w:tcW w:type="dxa" w:w="5953"/>
          </w:tcPr>
          <w:p>
            <w:r/>
          </w:p>
        </w:tc>
      </w:tr>
      <w:tr>
        <w:trPr>
          <w:trHeight w:val="794"/>
        </w:trPr>
        <w:tc>
          <w:tcPr>
            <w:tcW w:type="dxa" w:w="3685"/>
          </w:tcPr>
          <w:p>
            <w:r>
              <w:rPr>
                <w:b/>
              </w:rPr>
              <w:t>Decisions you made and why</w:t>
            </w:r>
          </w:p>
          <w:p>
            <w:r>
              <w:rPr>
                <w:color w:val="575A52"/>
                <w:sz w:val="17"/>
              </w:rPr>
              <w:t>Include anything you chose not to do</w:t>
            </w:r>
          </w:p>
        </w:tc>
        <w:tc>
          <w:tcPr>
            <w:tcW w:type="dxa" w:w="5953"/>
          </w:tcPr>
          <w:p>
            <w:r/>
          </w:p>
        </w:tc>
      </w:tr>
      <w:tr>
        <w:trPr>
          <w:trHeight w:val="794"/>
        </w:trPr>
        <w:tc>
          <w:tcPr>
            <w:tcW w:type="dxa" w:w="3685"/>
          </w:tcPr>
          <w:p>
            <w:r>
              <w:rPr>
                <w:b/>
              </w:rPr>
              <w:t>Timeline</w:t>
            </w:r>
          </w:p>
          <w:p>
            <w:r>
              <w:rPr>
                <w:color w:val="575A52"/>
                <w:sz w:val="17"/>
              </w:rPr>
              <w:t>Start, key stages, finish</w:t>
            </w:r>
          </w:p>
        </w:tc>
        <w:tc>
          <w:tcPr>
            <w:tcW w:type="dxa" w:w="5953"/>
          </w:tcPr>
          <w:p>
            <w:r/>
          </w:p>
        </w:tc>
      </w:tr>
    </w:tbl>
    <w:p>
      <w:pPr>
        <w:pStyle w:val="Heading2"/>
      </w:pPr>
      <w:r>
        <w:t>4. The result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685"/>
        <w:gridCol w:w="5953"/>
      </w:tblGrid>
      <w:tr>
        <w:trPr>
          <w:trHeight w:val="794"/>
        </w:trPr>
        <w:tc>
          <w:tcPr>
            <w:tcW w:type="dxa" w:w="3685"/>
          </w:tcPr>
          <w:p>
            <w:r>
              <w:rPr>
                <w:b/>
              </w:rPr>
              <w:t>What changed, with evidence</w:t>
            </w:r>
          </w:p>
          <w:p>
            <w:r>
              <w:rPr>
                <w:color w:val="575A52"/>
                <w:sz w:val="17"/>
              </w:rPr>
              <w:t>Photos, measurements, before and after, dated figures with their source</w:t>
            </w:r>
          </w:p>
        </w:tc>
        <w:tc>
          <w:tcPr>
            <w:tcW w:type="dxa" w:w="5953"/>
          </w:tcPr>
          <w:p>
            <w:r/>
          </w:p>
        </w:tc>
      </w:tr>
      <w:tr>
        <w:trPr>
          <w:trHeight w:val="794"/>
        </w:trPr>
        <w:tc>
          <w:tcPr>
            <w:tcW w:type="dxa" w:w="3685"/>
          </w:tcPr>
          <w:p>
            <w:r>
              <w:rPr>
                <w:b/>
              </w:rPr>
              <w:t>What you cannot show yet</w:t>
            </w:r>
          </w:p>
          <w:p>
            <w:r>
              <w:rPr>
                <w:color w:val="575A52"/>
                <w:sz w:val="17"/>
              </w:rPr>
              <w:t>Be honest; it builds trust</w:t>
            </w:r>
          </w:p>
        </w:tc>
        <w:tc>
          <w:tcPr>
            <w:tcW w:type="dxa" w:w="5953"/>
          </w:tcPr>
          <w:p>
            <w:r/>
          </w:p>
        </w:tc>
      </w:tr>
      <w:tr>
        <w:trPr>
          <w:trHeight w:val="794"/>
        </w:trPr>
        <w:tc>
          <w:tcPr>
            <w:tcW w:type="dxa" w:w="3685"/>
          </w:tcPr>
          <w:p>
            <w:r>
              <w:rPr>
                <w:b/>
              </w:rPr>
              <w:t>Client comment, if they gave one</w:t>
            </w:r>
          </w:p>
          <w:p>
            <w:r>
              <w:rPr>
                <w:color w:val="575A52"/>
                <w:sz w:val="17"/>
              </w:rPr>
              <w:t>Exact words, with permission</w:t>
            </w:r>
          </w:p>
        </w:tc>
        <w:tc>
          <w:tcPr>
            <w:tcW w:type="dxa" w:w="5953"/>
          </w:tcPr>
          <w:p>
            <w:r/>
          </w:p>
        </w:tc>
      </w:tr>
    </w:tbl>
    <w:p>
      <w:pPr>
        <w:pStyle w:val="Heading2"/>
      </w:pPr>
      <w:r>
        <w:t>5. Photos and captions</w:t>
      </w:r>
    </w:p>
    <w:p>
      <w:r>
        <w:rPr>
          <w:i/>
        </w:rPr>
        <w:t>Use your own photos. Describe each one in a caption, and give it short alt text that says what it shows.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685"/>
        <w:gridCol w:w="5953"/>
      </w:tblGrid>
      <w:tr>
        <w:trPr>
          <w:trHeight w:val="794"/>
        </w:trPr>
        <w:tc>
          <w:tcPr>
            <w:tcW w:type="dxa" w:w="3685"/>
          </w:tcPr>
          <w:p>
            <w:r>
              <w:rPr>
                <w:b/>
              </w:rPr>
              <w:t>Photo 1 and caption</w:t>
            </w:r>
          </w:p>
          <w:p>
            <w:r>
              <w:rPr>
                <w:color w:val="575A52"/>
                <w:sz w:val="17"/>
              </w:rPr>
              <w:t>What it shows, and where</w:t>
            </w:r>
          </w:p>
        </w:tc>
        <w:tc>
          <w:tcPr>
            <w:tcW w:type="dxa" w:w="5953"/>
          </w:tcPr>
          <w:p>
            <w:r/>
          </w:p>
        </w:tc>
      </w:tr>
      <w:tr>
        <w:trPr>
          <w:trHeight w:val="794"/>
        </w:trPr>
        <w:tc>
          <w:tcPr>
            <w:tcW w:type="dxa" w:w="3685"/>
          </w:tcPr>
          <w:p>
            <w:r>
              <w:rPr>
                <w:b/>
              </w:rPr>
              <w:t>Photo 2 and caption</w:t>
            </w:r>
          </w:p>
        </w:tc>
        <w:tc>
          <w:tcPr>
            <w:tcW w:type="dxa" w:w="5953"/>
          </w:tcPr>
          <w:p>
            <w:r/>
          </w:p>
        </w:tc>
      </w:tr>
      <w:tr>
        <w:trPr>
          <w:trHeight w:val="794"/>
        </w:trPr>
        <w:tc>
          <w:tcPr>
            <w:tcW w:type="dxa" w:w="3685"/>
          </w:tcPr>
          <w:p>
            <w:r>
              <w:rPr>
                <w:b/>
              </w:rPr>
              <w:t>Photo 3 and caption</w:t>
            </w:r>
          </w:p>
        </w:tc>
        <w:tc>
          <w:tcPr>
            <w:tcW w:type="dxa" w:w="5953"/>
          </w:tcPr>
          <w:p>
            <w:r/>
          </w:p>
        </w:tc>
      </w:tr>
    </w:tbl>
    <w:p>
      <w:pPr>
        <w:pStyle w:val="Heading2"/>
      </w:pPr>
      <w:r>
        <w:t>6. Next step for a reader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685"/>
        <w:gridCol w:w="5953"/>
      </w:tblGrid>
      <w:tr>
        <w:trPr>
          <w:trHeight w:val="794"/>
        </w:trPr>
        <w:tc>
          <w:tcPr>
            <w:tcW w:type="dxa" w:w="3685"/>
          </w:tcPr>
          <w:p>
            <w:r>
              <w:rPr>
                <w:b/>
              </w:rPr>
              <w:t>Which service page this links to</w:t>
            </w:r>
          </w:p>
        </w:tc>
        <w:tc>
          <w:tcPr>
            <w:tcW w:type="dxa" w:w="5953"/>
          </w:tcPr>
          <w:p>
            <w:r/>
          </w:p>
        </w:tc>
      </w:tr>
      <w:tr>
        <w:trPr>
          <w:trHeight w:val="794"/>
        </w:trPr>
        <w:tc>
          <w:tcPr>
            <w:tcW w:type="dxa" w:w="3685"/>
          </w:tcPr>
          <w:p>
            <w:r>
              <w:rPr>
                <w:b/>
              </w:rPr>
              <w:t>The call to action</w:t>
            </w:r>
          </w:p>
          <w:p>
            <w:r>
              <w:rPr>
                <w:color w:val="575A52"/>
                <w:sz w:val="17"/>
              </w:rPr>
              <w:t>For example: request a quote for a similar job</w:t>
            </w:r>
          </w:p>
        </w:tc>
        <w:tc>
          <w:tcPr>
            <w:tcW w:type="dxa" w:w="5953"/>
          </w:tcPr>
          <w:p>
            <w:r/>
          </w:p>
        </w:tc>
      </w:tr>
    </w:tbl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Template by Everest Marketing · everestmarketing.com.au · Free to copy and adapt.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7191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7191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7191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 template for service businesses</dc:title>
  <dc:subject/>
  <dc:creator>Everest Marketing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